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DBD1A" w14:textId="67C3030D" w:rsidR="00BE0BBC" w:rsidRDefault="00105EEB">
      <w:pPr>
        <w:jc w:val="center"/>
        <w:rPr>
          <w:rFonts w:asciiTheme="majorHAnsi" w:hAnsiTheme="majorHAnsi" w:cstheme="majorHAnsi"/>
          <w:lang w:val="el-GR"/>
        </w:rPr>
      </w:pPr>
      <w:r>
        <w:rPr>
          <w:rFonts w:asciiTheme="majorHAnsi" w:hAnsiTheme="majorHAnsi" w:cstheme="majorHAnsi"/>
          <w:noProof/>
          <w:lang w:val="el-GR"/>
        </w:rPr>
        <w:drawing>
          <wp:inline distT="0" distB="0" distL="0" distR="0" wp14:anchorId="045F4D73" wp14:editId="11628D4E">
            <wp:extent cx="3124200" cy="1762049"/>
            <wp:effectExtent l="0" t="0" r="0" b="0"/>
            <wp:docPr id="721520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570" cy="177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ADD8F" w14:textId="77777777" w:rsidR="00105EEB" w:rsidRPr="00105EEB" w:rsidRDefault="00105EEB">
      <w:pPr>
        <w:jc w:val="center"/>
        <w:rPr>
          <w:rFonts w:asciiTheme="majorHAnsi" w:hAnsiTheme="majorHAnsi" w:cstheme="majorHAnsi"/>
          <w:lang w:val="el-GR"/>
        </w:rPr>
      </w:pPr>
    </w:p>
    <w:p w14:paraId="3BAC47B1" w14:textId="77777777" w:rsidR="00BE0BBC" w:rsidRPr="00105EEB" w:rsidRDefault="008E2B19">
      <w:pPr>
        <w:jc w:val="center"/>
        <w:rPr>
          <w:rFonts w:asciiTheme="majorHAnsi" w:hAnsiTheme="majorHAnsi" w:cstheme="majorHAnsi"/>
          <w:lang w:val="el-GR"/>
        </w:rPr>
      </w:pPr>
      <w:r w:rsidRPr="00105EEB">
        <w:rPr>
          <w:rFonts w:asciiTheme="majorHAnsi" w:hAnsiTheme="majorHAnsi" w:cstheme="majorHAnsi"/>
          <w:b/>
          <w:sz w:val="28"/>
          <w:lang w:val="el-GR"/>
        </w:rPr>
        <w:t>ΑΙΤΗΣΗ</w:t>
      </w:r>
    </w:p>
    <w:p w14:paraId="5B472272" w14:textId="77777777" w:rsidR="00BE0BBC" w:rsidRDefault="008E2B19">
      <w:pPr>
        <w:jc w:val="center"/>
        <w:rPr>
          <w:rFonts w:asciiTheme="majorHAnsi" w:hAnsiTheme="majorHAnsi" w:cstheme="majorHAnsi"/>
          <w:b/>
          <w:sz w:val="28"/>
          <w:lang w:val="el-GR"/>
        </w:rPr>
      </w:pPr>
      <w:r w:rsidRPr="00105EEB">
        <w:rPr>
          <w:rFonts w:asciiTheme="majorHAnsi" w:hAnsiTheme="majorHAnsi" w:cstheme="majorHAnsi"/>
          <w:b/>
          <w:sz w:val="28"/>
          <w:lang w:val="el-GR"/>
        </w:rPr>
        <w:t>ΕΓΓΡΑΦΗΣ ΜΕΛΟΥΣ</w:t>
      </w:r>
    </w:p>
    <w:p w14:paraId="12F3A71E" w14:textId="77777777" w:rsidR="00105EEB" w:rsidRPr="00105EEB" w:rsidRDefault="00105EEB">
      <w:pPr>
        <w:jc w:val="center"/>
        <w:rPr>
          <w:rFonts w:asciiTheme="majorHAnsi" w:hAnsiTheme="majorHAnsi" w:cstheme="majorHAnsi"/>
          <w:lang w:val="el-GR"/>
        </w:rPr>
      </w:pPr>
    </w:p>
    <w:p w14:paraId="530164C0" w14:textId="6B18A52F" w:rsidR="00BE0BBC" w:rsidRPr="00105EEB" w:rsidRDefault="008E2B19">
      <w:pPr>
        <w:rPr>
          <w:rFonts w:asciiTheme="majorHAnsi" w:hAnsiTheme="majorHAnsi" w:cstheme="majorHAnsi"/>
          <w:lang w:val="el-GR"/>
        </w:rPr>
      </w:pPr>
      <w:r w:rsidRPr="00105EEB">
        <w:rPr>
          <w:rFonts w:asciiTheme="majorHAnsi" w:hAnsiTheme="majorHAnsi" w:cstheme="majorHAnsi"/>
          <w:lang w:val="el-GR"/>
        </w:rPr>
        <w:t>ΟΝΟΜΑΤΕΠΩΝΥΜΟ: ________</w:t>
      </w:r>
      <w:r w:rsidR="00105EEB" w:rsidRPr="00105EEB">
        <w:rPr>
          <w:rFonts w:asciiTheme="majorHAnsi" w:hAnsiTheme="majorHAnsi" w:cstheme="majorHAnsi"/>
          <w:lang w:val="el-GR"/>
        </w:rPr>
        <w:t>________________________________</w:t>
      </w:r>
      <w:r w:rsidRPr="00105EEB">
        <w:rPr>
          <w:rFonts w:asciiTheme="majorHAnsi" w:hAnsiTheme="majorHAnsi" w:cstheme="majorHAnsi"/>
          <w:lang w:val="el-GR"/>
        </w:rPr>
        <w:t>_____________________</w:t>
      </w:r>
    </w:p>
    <w:p w14:paraId="778304D2" w14:textId="69893AED" w:rsidR="00BE0BBC" w:rsidRPr="00105EEB" w:rsidRDefault="008E2B19">
      <w:pPr>
        <w:rPr>
          <w:rFonts w:asciiTheme="majorHAnsi" w:hAnsiTheme="majorHAnsi" w:cstheme="majorHAnsi"/>
          <w:lang w:val="el-GR"/>
        </w:rPr>
      </w:pPr>
      <w:r w:rsidRPr="00105EEB">
        <w:rPr>
          <w:rFonts w:asciiTheme="majorHAnsi" w:hAnsiTheme="majorHAnsi" w:cstheme="majorHAnsi"/>
          <w:lang w:val="el-GR"/>
        </w:rPr>
        <w:t>ΕΠΑΓΓΕΛΜΑ:_________________</w:t>
      </w:r>
      <w:r w:rsidR="00105EEB" w:rsidRPr="00105EEB">
        <w:rPr>
          <w:rFonts w:asciiTheme="majorHAnsi" w:hAnsiTheme="majorHAnsi" w:cstheme="majorHAnsi"/>
          <w:lang w:val="el-GR"/>
        </w:rPr>
        <w:t>________________________________________________</w:t>
      </w:r>
      <w:r w:rsidRPr="00105EEB">
        <w:rPr>
          <w:rFonts w:asciiTheme="majorHAnsi" w:hAnsiTheme="majorHAnsi" w:cstheme="majorHAnsi"/>
          <w:lang w:val="el-GR"/>
        </w:rPr>
        <w:t>___</w:t>
      </w:r>
    </w:p>
    <w:p w14:paraId="785CDBC7" w14:textId="3748A7DD" w:rsidR="00BE0BBC" w:rsidRPr="00105EEB" w:rsidRDefault="008E2B19">
      <w:pPr>
        <w:rPr>
          <w:rFonts w:asciiTheme="majorHAnsi" w:hAnsiTheme="majorHAnsi" w:cstheme="majorHAnsi"/>
          <w:lang w:val="el-GR"/>
        </w:rPr>
      </w:pPr>
      <w:r w:rsidRPr="00105EEB">
        <w:rPr>
          <w:rFonts w:asciiTheme="majorHAnsi" w:hAnsiTheme="majorHAnsi" w:cstheme="majorHAnsi"/>
          <w:lang w:val="el-GR"/>
        </w:rPr>
        <w:t>ΔΙΕΥΘΥΝΣΗ ΕΡΓΑΣΙΑΣ: ___________</w:t>
      </w:r>
      <w:r w:rsidR="00105EEB" w:rsidRPr="00105EEB">
        <w:rPr>
          <w:rFonts w:asciiTheme="majorHAnsi" w:hAnsiTheme="majorHAnsi" w:cstheme="majorHAnsi"/>
          <w:lang w:val="el-GR"/>
        </w:rPr>
        <w:t>________________________________</w:t>
      </w:r>
      <w:r w:rsidRPr="00105EEB">
        <w:rPr>
          <w:rFonts w:asciiTheme="majorHAnsi" w:hAnsiTheme="majorHAnsi" w:cstheme="majorHAnsi"/>
          <w:lang w:val="el-GR"/>
        </w:rPr>
        <w:t>_________________</w:t>
      </w:r>
    </w:p>
    <w:p w14:paraId="1D686C4A" w14:textId="5A258212" w:rsidR="00BE0BBC" w:rsidRPr="00105EEB" w:rsidRDefault="008E2B19">
      <w:pPr>
        <w:rPr>
          <w:rFonts w:asciiTheme="majorHAnsi" w:hAnsiTheme="majorHAnsi" w:cstheme="majorHAnsi"/>
          <w:lang w:val="el-GR"/>
        </w:rPr>
      </w:pPr>
      <w:r w:rsidRPr="00105EEB">
        <w:rPr>
          <w:rFonts w:asciiTheme="majorHAnsi" w:hAnsiTheme="majorHAnsi" w:cstheme="majorHAnsi"/>
          <w:lang w:val="el-GR"/>
        </w:rPr>
        <w:t>ΔΙΕΥΘΥΝΣΗ ΚΑΤΟΙΚΙΑΣ: _____________</w:t>
      </w:r>
      <w:r w:rsidR="00105EEB" w:rsidRPr="00105EEB">
        <w:rPr>
          <w:rFonts w:asciiTheme="majorHAnsi" w:hAnsiTheme="majorHAnsi" w:cstheme="majorHAnsi"/>
          <w:lang w:val="el-GR"/>
        </w:rPr>
        <w:t>________________________________</w:t>
      </w:r>
      <w:r w:rsidRPr="00105EEB">
        <w:rPr>
          <w:rFonts w:asciiTheme="majorHAnsi" w:hAnsiTheme="majorHAnsi" w:cstheme="majorHAnsi"/>
          <w:lang w:val="el-GR"/>
        </w:rPr>
        <w:t>______________</w:t>
      </w:r>
    </w:p>
    <w:p w14:paraId="4A0F0443" w14:textId="54CCFFBD" w:rsidR="00BE0BBC" w:rsidRPr="00105EEB" w:rsidRDefault="008E2B19">
      <w:pPr>
        <w:rPr>
          <w:rFonts w:asciiTheme="majorHAnsi" w:hAnsiTheme="majorHAnsi" w:cstheme="majorHAnsi"/>
          <w:lang w:val="el-GR"/>
        </w:rPr>
      </w:pPr>
      <w:r w:rsidRPr="00105EEB">
        <w:rPr>
          <w:rFonts w:asciiTheme="majorHAnsi" w:hAnsiTheme="majorHAnsi" w:cstheme="majorHAnsi"/>
          <w:lang w:val="el-GR"/>
        </w:rPr>
        <w:t>ΑΡΙΘ. ΤΗΛΕΦΩΝΟΥ: ________</w:t>
      </w:r>
      <w:r w:rsidR="00105EEB" w:rsidRPr="00105EEB">
        <w:rPr>
          <w:rFonts w:asciiTheme="majorHAnsi" w:hAnsiTheme="majorHAnsi" w:cstheme="majorHAnsi"/>
          <w:lang w:val="el-GR"/>
        </w:rPr>
        <w:t>_</w:t>
      </w:r>
      <w:r w:rsidRPr="00105EEB">
        <w:rPr>
          <w:rFonts w:asciiTheme="majorHAnsi" w:hAnsiTheme="majorHAnsi" w:cstheme="majorHAnsi"/>
          <w:lang w:val="el-GR"/>
        </w:rPr>
        <w:t>_______</w:t>
      </w:r>
      <w:r w:rsidR="00105EEB" w:rsidRPr="00105EEB">
        <w:rPr>
          <w:rFonts w:asciiTheme="majorHAnsi" w:hAnsiTheme="majorHAnsi" w:cstheme="majorHAnsi"/>
          <w:lang w:val="el-GR"/>
        </w:rPr>
        <w:t>________________________________</w:t>
      </w:r>
      <w:r w:rsidRPr="00105EEB">
        <w:rPr>
          <w:rFonts w:asciiTheme="majorHAnsi" w:hAnsiTheme="majorHAnsi" w:cstheme="majorHAnsi"/>
          <w:lang w:val="el-GR"/>
        </w:rPr>
        <w:t>______________</w:t>
      </w:r>
    </w:p>
    <w:p w14:paraId="3D234CB7" w14:textId="7DE78CF2" w:rsidR="00BE0BBC" w:rsidRPr="00105EEB" w:rsidRDefault="008E2B19">
      <w:pPr>
        <w:rPr>
          <w:rFonts w:asciiTheme="majorHAnsi" w:hAnsiTheme="majorHAnsi" w:cstheme="majorHAnsi"/>
          <w:lang w:val="el-GR"/>
        </w:rPr>
      </w:pPr>
      <w:r w:rsidRPr="00105EEB">
        <w:rPr>
          <w:rFonts w:asciiTheme="majorHAnsi" w:hAnsiTheme="majorHAnsi" w:cstheme="majorHAnsi"/>
          <w:lang w:val="el-GR"/>
        </w:rPr>
        <w:t>ΑΡΙΘ. ΚΙΝ. ΤΗΛΕΦΩΝΟΥ: ______________________</w:t>
      </w:r>
      <w:r w:rsidR="00105EEB" w:rsidRPr="00105EEB">
        <w:rPr>
          <w:rFonts w:asciiTheme="majorHAnsi" w:hAnsiTheme="majorHAnsi" w:cstheme="majorHAnsi"/>
          <w:lang w:val="el-GR"/>
        </w:rPr>
        <w:t>______________________________</w:t>
      </w:r>
      <w:r w:rsidRPr="00105EEB">
        <w:rPr>
          <w:rFonts w:asciiTheme="majorHAnsi" w:hAnsiTheme="majorHAnsi" w:cstheme="majorHAnsi"/>
          <w:lang w:val="el-GR"/>
        </w:rPr>
        <w:t>______</w:t>
      </w:r>
    </w:p>
    <w:p w14:paraId="0E42E22C" w14:textId="06099620" w:rsidR="00BE0BBC" w:rsidRPr="00105EEB" w:rsidRDefault="008E2B19">
      <w:pPr>
        <w:rPr>
          <w:rFonts w:asciiTheme="majorHAnsi" w:hAnsiTheme="majorHAnsi" w:cstheme="majorHAnsi"/>
          <w:lang w:val="el-GR"/>
        </w:rPr>
      </w:pPr>
      <w:r w:rsidRPr="00105EEB">
        <w:rPr>
          <w:rFonts w:asciiTheme="majorHAnsi" w:hAnsiTheme="majorHAnsi" w:cstheme="majorHAnsi"/>
        </w:rPr>
        <w:t>E</w:t>
      </w:r>
      <w:r w:rsidRPr="00105EEB">
        <w:rPr>
          <w:rFonts w:asciiTheme="majorHAnsi" w:hAnsiTheme="majorHAnsi" w:cstheme="majorHAnsi"/>
          <w:lang w:val="el-GR"/>
        </w:rPr>
        <w:t>-</w:t>
      </w:r>
      <w:r w:rsidRPr="00105EEB">
        <w:rPr>
          <w:rFonts w:asciiTheme="majorHAnsi" w:hAnsiTheme="majorHAnsi" w:cstheme="majorHAnsi"/>
        </w:rPr>
        <w:t>mail</w:t>
      </w:r>
      <w:r w:rsidRPr="00105EEB">
        <w:rPr>
          <w:rFonts w:asciiTheme="majorHAnsi" w:hAnsiTheme="majorHAnsi" w:cstheme="majorHAnsi"/>
          <w:lang w:val="el-GR"/>
        </w:rPr>
        <w:t>:</w:t>
      </w:r>
      <w:r w:rsidR="00105EEB">
        <w:rPr>
          <w:rFonts w:asciiTheme="majorHAnsi" w:hAnsiTheme="majorHAnsi" w:cstheme="majorHAnsi"/>
          <w:lang w:val="el-GR"/>
        </w:rPr>
        <w:t xml:space="preserve"> </w:t>
      </w:r>
      <w:r w:rsidRPr="00105EEB">
        <w:rPr>
          <w:rFonts w:asciiTheme="majorHAnsi" w:hAnsiTheme="majorHAnsi" w:cstheme="majorHAnsi"/>
          <w:lang w:val="el-GR"/>
        </w:rPr>
        <w:t>_____</w:t>
      </w:r>
      <w:r w:rsidR="00105EEB" w:rsidRPr="00105EEB">
        <w:rPr>
          <w:rFonts w:asciiTheme="majorHAnsi" w:hAnsiTheme="majorHAnsi" w:cstheme="majorHAnsi"/>
          <w:lang w:val="el-GR"/>
        </w:rPr>
        <w:t>______________________________________________</w:t>
      </w:r>
      <w:r w:rsidRPr="00105EEB">
        <w:rPr>
          <w:rFonts w:asciiTheme="majorHAnsi" w:hAnsiTheme="majorHAnsi" w:cstheme="majorHAnsi"/>
          <w:lang w:val="el-GR"/>
        </w:rPr>
        <w:t>_____________________</w:t>
      </w:r>
    </w:p>
    <w:p w14:paraId="36EB75B8" w14:textId="77777777" w:rsidR="00BE0BBC" w:rsidRPr="00105EEB" w:rsidRDefault="00BE0BBC">
      <w:pPr>
        <w:rPr>
          <w:rFonts w:asciiTheme="majorHAnsi" w:hAnsiTheme="majorHAnsi" w:cstheme="majorHAnsi"/>
          <w:lang w:val="el-GR"/>
        </w:rPr>
      </w:pPr>
    </w:p>
    <w:p w14:paraId="020FF57B" w14:textId="77777777" w:rsidR="00BE0BBC" w:rsidRPr="00105EEB" w:rsidRDefault="008E2B19">
      <w:pPr>
        <w:rPr>
          <w:rFonts w:asciiTheme="majorHAnsi" w:hAnsiTheme="majorHAnsi" w:cstheme="majorHAnsi"/>
          <w:lang w:val="el-GR"/>
        </w:rPr>
      </w:pPr>
      <w:r w:rsidRPr="00105EEB">
        <w:rPr>
          <w:rFonts w:asciiTheme="majorHAnsi" w:hAnsiTheme="majorHAnsi" w:cstheme="majorHAnsi"/>
          <w:lang w:val="el-GR"/>
        </w:rPr>
        <w:t>Γνωρίζω και αποδέχομαι χωρίς επιφύλαξη το περιεχόμενο του καταστατικού και παρακαλώ να με εγγράψετε ως μέλος του Συλλόγου.</w:t>
      </w:r>
    </w:p>
    <w:p w14:paraId="394916CC" w14:textId="77777777" w:rsidR="00BE0BBC" w:rsidRPr="00105EEB" w:rsidRDefault="00BE0BBC">
      <w:pPr>
        <w:rPr>
          <w:rFonts w:asciiTheme="majorHAnsi" w:hAnsiTheme="majorHAnsi" w:cstheme="majorHAnsi"/>
          <w:lang w:val="el-GR"/>
        </w:rPr>
      </w:pPr>
    </w:p>
    <w:p w14:paraId="43FC62E8" w14:textId="285EEBD6" w:rsidR="00BE0BBC" w:rsidRPr="00105EEB" w:rsidRDefault="008E2B19">
      <w:pPr>
        <w:rPr>
          <w:rFonts w:asciiTheme="majorHAnsi" w:hAnsiTheme="majorHAnsi" w:cstheme="majorHAnsi"/>
        </w:rPr>
      </w:pPr>
      <w:r w:rsidRPr="00105EEB">
        <w:rPr>
          <w:rFonts w:asciiTheme="majorHAnsi" w:hAnsiTheme="majorHAnsi" w:cstheme="majorHAnsi"/>
        </w:rPr>
        <w:t>ΗΜΕΡΟΜΗΝΙΑ: ______</w:t>
      </w:r>
      <w:r w:rsidR="00105EEB" w:rsidRPr="00105EEB">
        <w:rPr>
          <w:rFonts w:asciiTheme="majorHAnsi" w:hAnsiTheme="majorHAnsi" w:cstheme="majorHAnsi"/>
        </w:rPr>
        <w:t>____________________</w:t>
      </w:r>
    </w:p>
    <w:p w14:paraId="446B441C" w14:textId="5C8A4496" w:rsidR="00BE0BBC" w:rsidRPr="00105EEB" w:rsidRDefault="008E2B19">
      <w:pPr>
        <w:rPr>
          <w:rFonts w:asciiTheme="majorHAnsi" w:hAnsiTheme="majorHAnsi" w:cstheme="majorHAnsi"/>
        </w:rPr>
      </w:pPr>
      <w:r w:rsidRPr="00105EEB">
        <w:rPr>
          <w:rFonts w:asciiTheme="majorHAnsi" w:hAnsiTheme="majorHAnsi" w:cstheme="majorHAnsi"/>
        </w:rPr>
        <w:t>ΥΠΟΓΡΑΦΗ: ______________</w:t>
      </w:r>
      <w:r w:rsidR="00105EEB" w:rsidRPr="00105EEB">
        <w:rPr>
          <w:rFonts w:asciiTheme="majorHAnsi" w:hAnsiTheme="majorHAnsi" w:cstheme="majorHAnsi"/>
        </w:rPr>
        <w:t>_______________</w:t>
      </w:r>
    </w:p>
    <w:sectPr w:rsidR="00BE0BBC" w:rsidRPr="00105EEB" w:rsidSect="00105EEB">
      <w:pgSz w:w="12240" w:h="15840"/>
      <w:pgMar w:top="851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67ADB" w14:textId="77777777" w:rsidR="006805AE" w:rsidRDefault="006805AE" w:rsidP="006805AE">
      <w:pPr>
        <w:spacing w:after="0" w:line="240" w:lineRule="auto"/>
      </w:pPr>
      <w:r>
        <w:separator/>
      </w:r>
    </w:p>
  </w:endnote>
  <w:endnote w:type="continuationSeparator" w:id="0">
    <w:p w14:paraId="5EF80A6D" w14:textId="77777777" w:rsidR="006805AE" w:rsidRDefault="006805AE" w:rsidP="0068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6675E" w14:textId="77777777" w:rsidR="006805AE" w:rsidRDefault="006805AE" w:rsidP="006805AE">
      <w:pPr>
        <w:spacing w:after="0" w:line="240" w:lineRule="auto"/>
      </w:pPr>
      <w:r>
        <w:separator/>
      </w:r>
    </w:p>
  </w:footnote>
  <w:footnote w:type="continuationSeparator" w:id="0">
    <w:p w14:paraId="14363ACE" w14:textId="77777777" w:rsidR="006805AE" w:rsidRDefault="006805AE" w:rsidP="00680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8576380">
    <w:abstractNumId w:val="8"/>
  </w:num>
  <w:num w:numId="2" w16cid:durableId="1290208818">
    <w:abstractNumId w:val="6"/>
  </w:num>
  <w:num w:numId="3" w16cid:durableId="495147688">
    <w:abstractNumId w:val="5"/>
  </w:num>
  <w:num w:numId="4" w16cid:durableId="1019041615">
    <w:abstractNumId w:val="4"/>
  </w:num>
  <w:num w:numId="5" w16cid:durableId="1628854245">
    <w:abstractNumId w:val="7"/>
  </w:num>
  <w:num w:numId="6" w16cid:durableId="915438182">
    <w:abstractNumId w:val="3"/>
  </w:num>
  <w:num w:numId="7" w16cid:durableId="1030494902">
    <w:abstractNumId w:val="2"/>
  </w:num>
  <w:num w:numId="8" w16cid:durableId="1953046894">
    <w:abstractNumId w:val="1"/>
  </w:num>
  <w:num w:numId="9" w16cid:durableId="199931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5EEB"/>
    <w:rsid w:val="0015074B"/>
    <w:rsid w:val="0029639D"/>
    <w:rsid w:val="00326775"/>
    <w:rsid w:val="00326F90"/>
    <w:rsid w:val="006805AE"/>
    <w:rsid w:val="00873D38"/>
    <w:rsid w:val="008E2B19"/>
    <w:rsid w:val="00AA1D8D"/>
    <w:rsid w:val="00B47730"/>
    <w:rsid w:val="00BE0BB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58340C"/>
  <w14:defaultImageDpi w14:val="330"/>
  <w15:docId w15:val="{BA982401-92CD-4EF2-8ADB-B949F0D4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673</Characters>
  <Application>Microsoft Office Word</Application>
  <DocSecurity>0</DocSecurity>
  <Lines>5</Lines>
  <Paragraphs>1</Paragraphs>
  <ScaleCrop>false</ScaleCrop>
  <Manager/>
  <Company/>
  <LinksUpToDate>false</LinksUpToDate>
  <CharactersWithSpaces>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Barda Eleutheria</cp:lastModifiedBy>
  <cp:revision>2</cp:revision>
  <dcterms:created xsi:type="dcterms:W3CDTF">2026-07-03T15:09:00Z</dcterms:created>
  <dcterms:modified xsi:type="dcterms:W3CDTF">2026-07-03T15:10:00Z</dcterms:modified>
  <cp:category/>
</cp:coreProperties>
</file>